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2DE5" w14:textId="77777777" w:rsidR="00096B15" w:rsidRDefault="00096B15" w:rsidP="00096B15">
      <w:pPr>
        <w:rPr>
          <w:b/>
          <w:lang w:val="bs-Latn-BA"/>
        </w:rPr>
      </w:pPr>
      <w:r>
        <w:rPr>
          <w:b/>
          <w:lang w:val="bs-Latn-BA"/>
        </w:rPr>
        <w:t>UPRAVNI ODBOR</w:t>
      </w:r>
    </w:p>
    <w:p w14:paraId="057784A2" w14:textId="77777777" w:rsidR="00096B15" w:rsidRDefault="00096B15" w:rsidP="00096B15">
      <w:pPr>
        <w:rPr>
          <w:b/>
          <w:lang w:val="bs-Latn-BA"/>
        </w:rPr>
      </w:pPr>
    </w:p>
    <w:p w14:paraId="5527F78B" w14:textId="09FA3EA0" w:rsidR="00096B15" w:rsidRDefault="00096B15" w:rsidP="00096B15">
      <w:pPr>
        <w:rPr>
          <w:lang w:val="bs-Latn-BA"/>
        </w:rPr>
      </w:pPr>
      <w:r>
        <w:rPr>
          <w:lang w:val="bs-Latn-BA"/>
        </w:rPr>
        <w:t>Broj: 31-01/06-024-</w:t>
      </w:r>
      <w:r w:rsidR="009B56F2">
        <w:rPr>
          <w:lang w:val="bs-Latn-BA"/>
        </w:rPr>
        <w:t>963</w:t>
      </w:r>
      <w:r>
        <w:rPr>
          <w:lang w:val="bs-Latn-BA"/>
        </w:rPr>
        <w:t>/2</w:t>
      </w:r>
      <w:r w:rsidR="00121CC2">
        <w:rPr>
          <w:lang w:val="bs-Latn-BA"/>
        </w:rPr>
        <w:t>6</w:t>
      </w:r>
    </w:p>
    <w:p w14:paraId="79506E47" w14:textId="14564D00" w:rsidR="00096B15" w:rsidRDefault="00096B15" w:rsidP="00096B15">
      <w:pPr>
        <w:rPr>
          <w:lang w:val="bs-Latn-BA"/>
        </w:rPr>
      </w:pPr>
      <w:r>
        <w:rPr>
          <w:lang w:val="bs-Latn-BA"/>
        </w:rPr>
        <w:t xml:space="preserve">Datum: </w:t>
      </w:r>
      <w:r w:rsidR="009B56F2">
        <w:rPr>
          <w:lang w:val="bs-Latn-BA"/>
        </w:rPr>
        <w:t>18</w:t>
      </w:r>
      <w:r>
        <w:rPr>
          <w:lang w:val="bs-Latn-BA"/>
        </w:rPr>
        <w:t>.</w:t>
      </w:r>
      <w:r w:rsidR="00121CC2">
        <w:rPr>
          <w:lang w:val="bs-Latn-BA"/>
        </w:rPr>
        <w:t>0</w:t>
      </w:r>
      <w:r w:rsidR="009B56F2">
        <w:rPr>
          <w:lang w:val="bs-Latn-BA"/>
        </w:rPr>
        <w:t>3</w:t>
      </w:r>
      <w:r>
        <w:rPr>
          <w:lang w:val="bs-Latn-BA"/>
        </w:rPr>
        <w:t>.202</w:t>
      </w:r>
      <w:r w:rsidR="00121CC2">
        <w:rPr>
          <w:lang w:val="bs-Latn-BA"/>
        </w:rPr>
        <w:t>6</w:t>
      </w:r>
      <w:r>
        <w:rPr>
          <w:lang w:val="bs-Latn-BA"/>
        </w:rPr>
        <w:t>. godine</w:t>
      </w:r>
    </w:p>
    <w:p w14:paraId="1DA39162" w14:textId="77777777" w:rsidR="00096B15" w:rsidRDefault="00096B15" w:rsidP="00096B15">
      <w:pPr>
        <w:jc w:val="both"/>
        <w:rPr>
          <w:b/>
          <w:lang w:val="bs-Latn-BA"/>
        </w:rPr>
      </w:pPr>
    </w:p>
    <w:p w14:paraId="270D0C2F" w14:textId="77777777" w:rsidR="00096B15" w:rsidRDefault="00096B15" w:rsidP="00096B15">
      <w:pPr>
        <w:jc w:val="both"/>
        <w:rPr>
          <w:b/>
          <w:lang w:val="bs-Latn-BA"/>
        </w:rPr>
      </w:pPr>
    </w:p>
    <w:p w14:paraId="3A9927AA" w14:textId="77777777" w:rsidR="00096B15" w:rsidRDefault="00096B15" w:rsidP="00096B15">
      <w:pPr>
        <w:rPr>
          <w:lang w:val="pl-PL"/>
        </w:rPr>
      </w:pPr>
      <w:r>
        <w:rPr>
          <w:b/>
          <w:lang w:val="pl-PL"/>
        </w:rPr>
        <w:t>PREDMET</w:t>
      </w:r>
      <w:r>
        <w:rPr>
          <w:lang w:val="pl-PL"/>
        </w:rPr>
        <w:t xml:space="preserve">: </w:t>
      </w:r>
      <w:r>
        <w:rPr>
          <w:sz w:val="32"/>
          <w:szCs w:val="32"/>
          <w:lang w:val="pl-PL"/>
        </w:rPr>
        <w:t>Poziv za sjednicu Upravnog odbora</w:t>
      </w:r>
      <w:r>
        <w:rPr>
          <w:sz w:val="28"/>
          <w:szCs w:val="28"/>
          <w:lang w:val="pl-PL"/>
        </w:rPr>
        <w:t xml:space="preserve"> </w:t>
      </w:r>
    </w:p>
    <w:p w14:paraId="20936E44" w14:textId="77777777" w:rsidR="00096B15" w:rsidRDefault="00096B15" w:rsidP="00096B15">
      <w:pPr>
        <w:jc w:val="both"/>
        <w:rPr>
          <w:b/>
          <w:lang w:val="bs-Latn-BA"/>
        </w:rPr>
      </w:pPr>
    </w:p>
    <w:p w14:paraId="52F9E172" w14:textId="482A112F" w:rsidR="00096B15" w:rsidRDefault="00096B15" w:rsidP="00096B15">
      <w:pPr>
        <w:jc w:val="both"/>
        <w:rPr>
          <w:b/>
          <w:lang w:val="bs-Latn-BA"/>
        </w:rPr>
      </w:pPr>
      <w:r>
        <w:rPr>
          <w:lang w:val="pl-PL"/>
        </w:rPr>
        <w:t xml:space="preserve">Na osnovu člana 30. Pravila JU „Kantonalni centar za socijalni rad“ Sarajevo i </w:t>
      </w:r>
      <w:r>
        <w:rPr>
          <w:lang w:val="bs-Latn-BA"/>
        </w:rPr>
        <w:t xml:space="preserve">člana 15. Poslovnika o radu Upravnog odbora JU „Kantonalni centar za socijalni rad“ sazivam </w:t>
      </w:r>
      <w:r w:rsidR="009B56F2">
        <w:rPr>
          <w:b/>
          <w:lang w:val="bs-Latn-BA"/>
        </w:rPr>
        <w:t>5</w:t>
      </w:r>
      <w:r>
        <w:rPr>
          <w:b/>
          <w:lang w:val="bs-Latn-BA"/>
        </w:rPr>
        <w:t>. sjednicu</w:t>
      </w:r>
      <w:r>
        <w:rPr>
          <w:lang w:val="bs-Latn-BA"/>
        </w:rPr>
        <w:t xml:space="preserve"> Upravnog odbora, koja će se održati u </w:t>
      </w:r>
      <w:r w:rsidR="009B56F2">
        <w:rPr>
          <w:b/>
          <w:lang w:val="bs-Latn-BA"/>
        </w:rPr>
        <w:t>četvrtak</w:t>
      </w:r>
      <w:r>
        <w:rPr>
          <w:b/>
          <w:lang w:val="bs-Latn-BA"/>
        </w:rPr>
        <w:t>,</w:t>
      </w:r>
      <w:r>
        <w:rPr>
          <w:lang w:val="bs-Latn-BA"/>
        </w:rPr>
        <w:t xml:space="preserve"> </w:t>
      </w:r>
      <w:r w:rsidR="00121CC2">
        <w:rPr>
          <w:b/>
          <w:lang w:val="bs-Latn-BA"/>
        </w:rPr>
        <w:t>26</w:t>
      </w:r>
      <w:r>
        <w:rPr>
          <w:b/>
          <w:lang w:val="bs-Latn-BA"/>
        </w:rPr>
        <w:t>.</w:t>
      </w:r>
      <w:r w:rsidR="00121CC2">
        <w:rPr>
          <w:b/>
          <w:lang w:val="bs-Latn-BA"/>
        </w:rPr>
        <w:t>0</w:t>
      </w:r>
      <w:r w:rsidR="009B56F2">
        <w:rPr>
          <w:b/>
          <w:lang w:val="bs-Latn-BA"/>
        </w:rPr>
        <w:t>3</w:t>
      </w:r>
      <w:r>
        <w:rPr>
          <w:b/>
          <w:lang w:val="bs-Latn-BA"/>
        </w:rPr>
        <w:t>.202</w:t>
      </w:r>
      <w:r w:rsidR="00121CC2">
        <w:rPr>
          <w:b/>
          <w:lang w:val="bs-Latn-BA"/>
        </w:rPr>
        <w:t>6</w:t>
      </w:r>
      <w:r>
        <w:rPr>
          <w:b/>
          <w:lang w:val="bs-Latn-BA"/>
        </w:rPr>
        <w:t>. godine</w:t>
      </w:r>
      <w:r>
        <w:rPr>
          <w:lang w:val="bs-Latn-BA"/>
        </w:rPr>
        <w:t xml:space="preserve"> u prostorijama JU “Kantonalni centar za socijalni rad“, ul. Gatačka br. 80. Sarajevo, sa početkom rada u</w:t>
      </w:r>
      <w:r>
        <w:rPr>
          <w:b/>
          <w:lang w:val="bs-Latn-BA"/>
        </w:rPr>
        <w:t xml:space="preserve"> </w:t>
      </w:r>
      <w:r>
        <w:rPr>
          <w:b/>
          <w:lang w:val="bs-Latn-BA"/>
        </w:rPr>
        <w:softHyphen/>
      </w:r>
      <w:r>
        <w:rPr>
          <w:b/>
          <w:lang w:val="bs-Latn-BA"/>
        </w:rPr>
        <w:softHyphen/>
      </w:r>
      <w:r>
        <w:rPr>
          <w:b/>
          <w:lang w:val="bs-Latn-BA"/>
        </w:rPr>
        <w:softHyphen/>
      </w:r>
      <w:r>
        <w:rPr>
          <w:b/>
          <w:lang w:val="bs-Latn-BA"/>
        </w:rPr>
        <w:softHyphen/>
      </w:r>
      <w:r w:rsidR="00121CC2">
        <w:rPr>
          <w:b/>
          <w:lang w:val="bs-Latn-BA"/>
        </w:rPr>
        <w:t>16</w:t>
      </w:r>
      <w:r>
        <w:rPr>
          <w:b/>
          <w:lang w:val="bs-Latn-BA"/>
        </w:rPr>
        <w:t xml:space="preserve">:00 sati. </w:t>
      </w:r>
    </w:p>
    <w:p w14:paraId="574ABBD6" w14:textId="77777777" w:rsidR="00096B15" w:rsidRDefault="00096B15" w:rsidP="00096B15">
      <w:pPr>
        <w:rPr>
          <w:b/>
          <w:lang w:val="bs-Latn-BA"/>
        </w:rPr>
      </w:pPr>
    </w:p>
    <w:p w14:paraId="6914F062" w14:textId="77777777" w:rsidR="00096B15" w:rsidRDefault="00096B15" w:rsidP="00096B15">
      <w:pPr>
        <w:rPr>
          <w:b/>
          <w:lang w:val="bs-Latn-BA"/>
        </w:rPr>
      </w:pPr>
    </w:p>
    <w:p w14:paraId="6356D22A" w14:textId="77777777" w:rsidR="00096B15" w:rsidRDefault="00096B15" w:rsidP="00096B15">
      <w:pPr>
        <w:rPr>
          <w:lang w:val="bs-Latn-BA"/>
        </w:rPr>
      </w:pPr>
      <w:r>
        <w:rPr>
          <w:lang w:val="bs-Latn-BA"/>
        </w:rPr>
        <w:t>Za sjednicu se predlaže sljedeći:</w:t>
      </w:r>
    </w:p>
    <w:p w14:paraId="14C98B0C" w14:textId="77777777" w:rsidR="00096B15" w:rsidRDefault="00096B15" w:rsidP="00096B15">
      <w:pPr>
        <w:rPr>
          <w:b/>
          <w:lang w:val="bs-Latn-BA"/>
        </w:rPr>
      </w:pPr>
    </w:p>
    <w:p w14:paraId="12E81385" w14:textId="77777777" w:rsidR="00096B15" w:rsidRDefault="00096B15" w:rsidP="00096B15">
      <w:pPr>
        <w:rPr>
          <w:b/>
          <w:lang w:val="bs-Latn-BA"/>
        </w:rPr>
      </w:pPr>
    </w:p>
    <w:p w14:paraId="6C4185B8" w14:textId="77777777" w:rsidR="00096B15" w:rsidRDefault="00096B15" w:rsidP="00096B15">
      <w:pPr>
        <w:rPr>
          <w:b/>
          <w:lang w:val="bs-Latn-BA"/>
        </w:rPr>
      </w:pPr>
      <w:r>
        <w:rPr>
          <w:b/>
          <w:lang w:val="bs-Latn-BA"/>
        </w:rPr>
        <w:t>DNEVNI RED</w:t>
      </w:r>
    </w:p>
    <w:p w14:paraId="28B3CAB9" w14:textId="77777777" w:rsidR="00096B15" w:rsidRDefault="00096B15" w:rsidP="00096B15">
      <w:pPr>
        <w:rPr>
          <w:b/>
          <w:lang w:val="bs-Latn-BA"/>
        </w:rPr>
      </w:pPr>
    </w:p>
    <w:p w14:paraId="40FEC351" w14:textId="59D62F93" w:rsidR="00121CC2" w:rsidRDefault="00121CC2" w:rsidP="00121CC2">
      <w:pPr>
        <w:numPr>
          <w:ilvl w:val="0"/>
          <w:numId w:val="10"/>
        </w:numPr>
        <w:jc w:val="both"/>
        <w:rPr>
          <w:lang w:val="hr-HR"/>
        </w:rPr>
      </w:pPr>
      <w:r>
        <w:rPr>
          <w:lang w:val="hr-HR"/>
        </w:rPr>
        <w:t xml:space="preserve">Usvajanje zapisnika sa </w:t>
      </w:r>
      <w:r w:rsidR="009B56F2">
        <w:rPr>
          <w:lang w:val="hr-HR"/>
        </w:rPr>
        <w:t>4</w:t>
      </w:r>
      <w:r>
        <w:rPr>
          <w:lang w:val="hr-HR"/>
        </w:rPr>
        <w:t xml:space="preserve">. sjednice Upravnog odbora, održane dana </w:t>
      </w:r>
      <w:r w:rsidR="00DE2865">
        <w:rPr>
          <w:lang w:val="hr-HR"/>
        </w:rPr>
        <w:t>09</w:t>
      </w:r>
      <w:r>
        <w:rPr>
          <w:lang w:val="hr-HR"/>
        </w:rPr>
        <w:t>.</w:t>
      </w:r>
      <w:r w:rsidR="00DE2865">
        <w:rPr>
          <w:lang w:val="hr-HR"/>
        </w:rPr>
        <w:t>02</w:t>
      </w:r>
      <w:r>
        <w:rPr>
          <w:lang w:val="hr-HR"/>
        </w:rPr>
        <w:t>.202</w:t>
      </w:r>
      <w:r w:rsidR="00DE2865">
        <w:rPr>
          <w:lang w:val="hr-HR"/>
        </w:rPr>
        <w:t>6</w:t>
      </w:r>
      <w:r>
        <w:rPr>
          <w:lang w:val="hr-HR"/>
        </w:rPr>
        <w:t>. godine</w:t>
      </w:r>
    </w:p>
    <w:p w14:paraId="4B421AB5" w14:textId="12302AB3" w:rsidR="009B56F2" w:rsidRPr="009B56F2" w:rsidRDefault="009B56F2" w:rsidP="009B56F2">
      <w:pPr>
        <w:numPr>
          <w:ilvl w:val="0"/>
          <w:numId w:val="10"/>
        </w:numPr>
        <w:jc w:val="both"/>
        <w:rPr>
          <w:lang w:val="bs-Latn-BA"/>
        </w:rPr>
      </w:pPr>
      <w:r>
        <w:rPr>
          <w:lang w:val="bs-Latn-BA"/>
        </w:rPr>
        <w:t>Razmatranje prijedloga i donošenje Pravilnika o izmjen</w:t>
      </w:r>
      <w:r w:rsidR="00DE2865">
        <w:rPr>
          <w:lang w:val="bs-Latn-BA"/>
        </w:rPr>
        <w:t>ama i dopunama</w:t>
      </w:r>
      <w:r>
        <w:rPr>
          <w:lang w:val="bs-Latn-BA"/>
        </w:rPr>
        <w:t xml:space="preserve"> Pravilnika o radu JU „Kantonalni centar za socijalni rad“</w:t>
      </w:r>
    </w:p>
    <w:p w14:paraId="420781C6" w14:textId="51FCF4D1" w:rsidR="009B56F2" w:rsidRDefault="009B56F2" w:rsidP="009B56F2">
      <w:pPr>
        <w:numPr>
          <w:ilvl w:val="0"/>
          <w:numId w:val="10"/>
        </w:numPr>
        <w:jc w:val="both"/>
        <w:rPr>
          <w:lang w:val="hr-HR"/>
        </w:rPr>
      </w:pPr>
      <w:r>
        <w:rPr>
          <w:lang w:val="hr-HR"/>
        </w:rPr>
        <w:t>Donošenje Izmjen</w:t>
      </w:r>
      <w:r w:rsidR="00551503">
        <w:rPr>
          <w:lang w:val="hr-HR"/>
        </w:rPr>
        <w:t>a</w:t>
      </w:r>
      <w:r>
        <w:rPr>
          <w:lang w:val="hr-HR"/>
        </w:rPr>
        <w:t xml:space="preserve"> plana javnih nabavki za 202</w:t>
      </w:r>
      <w:r w:rsidR="00551503">
        <w:rPr>
          <w:lang w:val="hr-HR"/>
        </w:rPr>
        <w:t>6</w:t>
      </w:r>
      <w:r>
        <w:rPr>
          <w:lang w:val="hr-HR"/>
        </w:rPr>
        <w:t>. godinu JU „Kantonalni centar za socijalni rad“</w:t>
      </w:r>
    </w:p>
    <w:p w14:paraId="2323651C" w14:textId="77777777" w:rsidR="00096B15" w:rsidRDefault="00096B15" w:rsidP="00096B15">
      <w:pPr>
        <w:numPr>
          <w:ilvl w:val="0"/>
          <w:numId w:val="10"/>
        </w:numPr>
        <w:jc w:val="both"/>
        <w:rPr>
          <w:lang w:val="bs-Latn-BA"/>
        </w:rPr>
      </w:pPr>
      <w:r>
        <w:rPr>
          <w:lang w:val="bs-Latn-BA"/>
        </w:rPr>
        <w:t>Razno</w:t>
      </w:r>
    </w:p>
    <w:p w14:paraId="1FEA9C1F" w14:textId="77777777" w:rsidR="00096B15" w:rsidRDefault="00096B15" w:rsidP="00096B15">
      <w:pPr>
        <w:rPr>
          <w:b/>
          <w:lang w:val="bs-Latn-BA"/>
        </w:rPr>
      </w:pPr>
      <w:r>
        <w:rPr>
          <w:b/>
          <w:lang w:val="bs-Latn-BA"/>
        </w:rPr>
        <w:t xml:space="preserve">                                                              </w:t>
      </w:r>
      <w:r>
        <w:rPr>
          <w:b/>
          <w:lang w:val="bs-Latn-BA"/>
        </w:rPr>
        <w:tab/>
        <w:t xml:space="preserve">                           </w:t>
      </w:r>
    </w:p>
    <w:p w14:paraId="0674068A" w14:textId="77777777" w:rsidR="00096B15" w:rsidRDefault="00096B15" w:rsidP="00096B15">
      <w:pPr>
        <w:rPr>
          <w:b/>
          <w:lang w:val="bs-Latn-BA"/>
        </w:rPr>
      </w:pPr>
    </w:p>
    <w:p w14:paraId="2C2B953B" w14:textId="77777777" w:rsidR="00096B15" w:rsidRDefault="00096B15" w:rsidP="00096B15">
      <w:pPr>
        <w:rPr>
          <w:b/>
          <w:lang w:val="bs-Latn-BA"/>
        </w:rPr>
      </w:pPr>
    </w:p>
    <w:p w14:paraId="1F08BBA6" w14:textId="77777777" w:rsidR="00096B15" w:rsidRDefault="00096B15" w:rsidP="00096B15">
      <w:pPr>
        <w:rPr>
          <w:b/>
          <w:lang w:val="bs-Latn-BA"/>
        </w:rPr>
      </w:pPr>
      <w:r>
        <w:rPr>
          <w:b/>
          <w:lang w:val="bs-Latn-BA"/>
        </w:rPr>
        <w:t xml:space="preserve">      </w:t>
      </w:r>
      <w:r>
        <w:rPr>
          <w:b/>
          <w:lang w:val="bs-Latn-BA"/>
        </w:rPr>
        <w:tab/>
      </w:r>
      <w:r>
        <w:rPr>
          <w:b/>
          <w:lang w:val="bs-Latn-BA"/>
        </w:rPr>
        <w:tab/>
      </w:r>
      <w:r>
        <w:rPr>
          <w:b/>
          <w:lang w:val="bs-Latn-BA"/>
        </w:rPr>
        <w:tab/>
      </w:r>
      <w:r>
        <w:rPr>
          <w:b/>
          <w:lang w:val="bs-Latn-BA"/>
        </w:rPr>
        <w:tab/>
      </w:r>
      <w:r>
        <w:rPr>
          <w:b/>
          <w:lang w:val="bs-Latn-BA"/>
        </w:rPr>
        <w:tab/>
      </w:r>
      <w:r>
        <w:rPr>
          <w:b/>
          <w:lang w:val="bs-Latn-BA"/>
        </w:rPr>
        <w:tab/>
      </w:r>
      <w:r>
        <w:rPr>
          <w:b/>
          <w:lang w:val="bs-Latn-BA"/>
        </w:rPr>
        <w:tab/>
        <w:t xml:space="preserve">                      </w:t>
      </w:r>
    </w:p>
    <w:p w14:paraId="3C12C0F1" w14:textId="44F80675" w:rsidR="00096B15" w:rsidRDefault="00096B15" w:rsidP="00096B15">
      <w:pPr>
        <w:ind w:left="4248" w:firstLine="708"/>
        <w:rPr>
          <w:b/>
          <w:lang w:val="bs-Latn-BA"/>
        </w:rPr>
      </w:pPr>
      <w:r>
        <w:rPr>
          <w:b/>
          <w:lang w:val="bs-Latn-BA"/>
        </w:rPr>
        <w:t xml:space="preserve">     </w:t>
      </w:r>
      <w:r>
        <w:rPr>
          <w:b/>
          <w:lang w:val="bs-Latn-BA"/>
        </w:rPr>
        <w:tab/>
      </w:r>
      <w:r>
        <w:rPr>
          <w:b/>
          <w:lang w:val="bs-Latn-BA"/>
        </w:rPr>
        <w:tab/>
        <w:t xml:space="preserve">      PREDSJEDNIK</w:t>
      </w:r>
    </w:p>
    <w:p w14:paraId="2D138029" w14:textId="229EAAFF" w:rsidR="00096B15" w:rsidRDefault="00096B15" w:rsidP="00096B15">
      <w:pPr>
        <w:ind w:left="5772" w:firstLine="708"/>
        <w:rPr>
          <w:b/>
          <w:lang w:val="bs-Latn-BA"/>
        </w:rPr>
      </w:pPr>
      <w:r>
        <w:rPr>
          <w:b/>
          <w:lang w:val="bs-Latn-BA"/>
        </w:rPr>
        <w:t>UPRAVNOG ODBORA</w:t>
      </w:r>
    </w:p>
    <w:p w14:paraId="602868DA" w14:textId="77777777" w:rsidR="00096B15" w:rsidRDefault="00096B15" w:rsidP="00096B15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</w:t>
      </w:r>
    </w:p>
    <w:p w14:paraId="094B69BC" w14:textId="77777777" w:rsidR="00096B15" w:rsidRDefault="00096B15" w:rsidP="00096B15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Izet Ramić</w:t>
      </w:r>
    </w:p>
    <w:p w14:paraId="2D241269" w14:textId="77777777" w:rsidR="00096B15" w:rsidRDefault="00096B15" w:rsidP="00096B15">
      <w:pPr>
        <w:ind w:left="6372" w:firstLine="93"/>
        <w:rPr>
          <w:lang w:val="bs-Latn-BA"/>
        </w:rPr>
      </w:pPr>
    </w:p>
    <w:p w14:paraId="5BE31A10" w14:textId="77777777" w:rsidR="00096B15" w:rsidRDefault="00096B15" w:rsidP="00096B15">
      <w:pPr>
        <w:rPr>
          <w:lang w:val="bs-Latn-BA"/>
        </w:rPr>
      </w:pPr>
    </w:p>
    <w:p w14:paraId="326BC270" w14:textId="77777777" w:rsidR="00096B15" w:rsidRDefault="00096B15" w:rsidP="00096B15">
      <w:pPr>
        <w:rPr>
          <w:lang w:val="bs-Latn-BA"/>
        </w:rPr>
      </w:pPr>
      <w:r>
        <w:rPr>
          <w:lang w:val="bs-Latn-BA"/>
        </w:rPr>
        <w:t xml:space="preserve">Dostavljeno: </w:t>
      </w:r>
    </w:p>
    <w:p w14:paraId="6B0F085E" w14:textId="17E91D4C" w:rsidR="00096B15" w:rsidRDefault="00096B15" w:rsidP="00096B15">
      <w:pPr>
        <w:numPr>
          <w:ilvl w:val="0"/>
          <w:numId w:val="11"/>
        </w:numPr>
        <w:tabs>
          <w:tab w:val="num" w:pos="0"/>
        </w:tabs>
        <w:ind w:left="360"/>
        <w:rPr>
          <w:lang w:val="bs-Latn-BA"/>
        </w:rPr>
      </w:pPr>
      <w:r>
        <w:rPr>
          <w:lang w:val="bs-Latn-BA"/>
        </w:rPr>
        <w:t>Predsjedniku i članovima U.O. (5x),</w:t>
      </w:r>
    </w:p>
    <w:p w14:paraId="3AC0FB81" w14:textId="77777777" w:rsidR="00096B15" w:rsidRDefault="00096B15" w:rsidP="00096B15">
      <w:pPr>
        <w:numPr>
          <w:ilvl w:val="0"/>
          <w:numId w:val="11"/>
        </w:numPr>
        <w:tabs>
          <w:tab w:val="num" w:pos="0"/>
        </w:tabs>
        <w:ind w:left="360"/>
        <w:rPr>
          <w:lang w:val="bs-Latn-BA"/>
        </w:rPr>
      </w:pPr>
      <w:r>
        <w:rPr>
          <w:lang w:val="bs-Latn-BA"/>
        </w:rPr>
        <w:t>Direktorici,</w:t>
      </w:r>
    </w:p>
    <w:p w14:paraId="1BD9DB91" w14:textId="77777777" w:rsidR="00096B15" w:rsidRDefault="00096B15" w:rsidP="00096B15">
      <w:pPr>
        <w:numPr>
          <w:ilvl w:val="0"/>
          <w:numId w:val="11"/>
        </w:numPr>
        <w:tabs>
          <w:tab w:val="num" w:pos="0"/>
        </w:tabs>
        <w:ind w:left="360"/>
        <w:rPr>
          <w:lang w:val="bs-Latn-BA"/>
        </w:rPr>
      </w:pPr>
      <w:r>
        <w:rPr>
          <w:lang w:val="bs-Latn-BA"/>
        </w:rPr>
        <w:t xml:space="preserve">Arhiva U.O., </w:t>
      </w:r>
    </w:p>
    <w:p w14:paraId="0FC9058C" w14:textId="77777777" w:rsidR="00096B15" w:rsidRDefault="00096B15" w:rsidP="00096B15">
      <w:pPr>
        <w:numPr>
          <w:ilvl w:val="0"/>
          <w:numId w:val="11"/>
        </w:numPr>
        <w:tabs>
          <w:tab w:val="num" w:pos="0"/>
        </w:tabs>
        <w:ind w:left="360"/>
        <w:rPr>
          <w:lang w:val="bs-Latn-BA"/>
        </w:rPr>
      </w:pPr>
      <w:r>
        <w:rPr>
          <w:lang w:val="bs-Latn-BA"/>
        </w:rPr>
        <w:t>a/a.</w:t>
      </w:r>
    </w:p>
    <w:p w14:paraId="4CD923F7" w14:textId="77777777" w:rsidR="0075547B" w:rsidRPr="0075547B" w:rsidRDefault="0075547B" w:rsidP="0075547B">
      <w:pPr>
        <w:rPr>
          <w:lang w:val="en-GB"/>
        </w:rPr>
      </w:pPr>
    </w:p>
    <w:sectPr w:rsidR="0075547B" w:rsidRPr="0075547B" w:rsidSect="0075547B">
      <w:footerReference w:type="default" r:id="rId8"/>
      <w:headerReference w:type="first" r:id="rId9"/>
      <w:footerReference w:type="first" r:id="rId10"/>
      <w:pgSz w:w="11906" w:h="16838" w:code="9"/>
      <w:pgMar w:top="851" w:right="1041" w:bottom="709" w:left="1134" w:header="851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B3212" w14:textId="77777777" w:rsidR="00164C64" w:rsidRDefault="00164C64">
      <w:r>
        <w:separator/>
      </w:r>
    </w:p>
  </w:endnote>
  <w:endnote w:type="continuationSeparator" w:id="0">
    <w:p w14:paraId="75DDCE2D" w14:textId="77777777" w:rsidR="00164C64" w:rsidRDefault="0016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E9336" w14:textId="77777777" w:rsidR="0075547B" w:rsidRPr="0075547B" w:rsidRDefault="0075547B" w:rsidP="0075547B">
    <w:pPr>
      <w:pStyle w:val="Footer"/>
      <w:jc w:val="center"/>
    </w:pPr>
    <w:r w:rsidRPr="00690474">
      <w:rPr>
        <w:sz w:val="18"/>
        <w:szCs w:val="18"/>
        <w:lang w:val="en-GB"/>
      </w:rPr>
      <w:t>-----------------------------------------------------------</w:t>
    </w:r>
    <w:r>
      <w:rPr>
        <w:sz w:val="18"/>
        <w:szCs w:val="18"/>
        <w:lang w:val="en-GB"/>
      </w:rPr>
      <w:t>------------------------------------------------------------------------------------------------------</w:t>
    </w:r>
    <w:r w:rsidRPr="00690474">
      <w:rPr>
        <w:sz w:val="18"/>
        <w:szCs w:val="18"/>
        <w:lang w:val="en-GB"/>
      </w:rPr>
      <w:br/>
    </w:r>
    <w:r w:rsidRPr="0075547B">
      <w:rPr>
        <w:lang w:val="en-GB"/>
      </w:rPr>
      <w:t>tel: 033 723-640;  fax: 033 723-641</w:t>
    </w:r>
    <w:r>
      <w:rPr>
        <w:lang w:val="en-GB"/>
      </w:rPr>
      <w:t>;</w:t>
    </w:r>
    <w:r w:rsidRPr="0075547B">
      <w:rPr>
        <w:lang w:val="en-GB"/>
      </w:rPr>
      <w:t xml:space="preserve"> e-mail: </w:t>
    </w:r>
    <w:hyperlink r:id="rId1" w:history="1">
      <w:r w:rsidRPr="0075547B">
        <w:rPr>
          <w:rStyle w:val="Hyperlink"/>
          <w:lang w:val="en-GB"/>
        </w:rPr>
        <w:t>info@kcsr.ba</w:t>
      </w:r>
    </w:hyperlink>
    <w:r w:rsidRPr="0075547B">
      <w:rPr>
        <w:lang w:val="en-GB"/>
      </w:rPr>
      <w:t xml:space="preserve">;  </w:t>
    </w:r>
    <w:hyperlink r:id="rId2" w:history="1">
      <w:r w:rsidRPr="0075547B">
        <w:rPr>
          <w:rStyle w:val="Hyperlink"/>
          <w:lang w:val="en-GB"/>
        </w:rPr>
        <w:t>www.kcsr.ba</w:t>
      </w:r>
    </w:hyperlink>
    <w:r w:rsidRPr="0075547B">
      <w:rPr>
        <w:lang w:val="en-GB"/>
      </w:rPr>
      <w:t xml:space="preserve">;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685C" w14:textId="77777777" w:rsidR="00EC4CE0" w:rsidRPr="0075547B" w:rsidRDefault="005A6959" w:rsidP="005A6959">
    <w:pPr>
      <w:pStyle w:val="Footer"/>
      <w:jc w:val="center"/>
      <w:rPr>
        <w:sz w:val="18"/>
        <w:szCs w:val="18"/>
        <w:lang w:val="en-GB"/>
      </w:rPr>
    </w:pPr>
    <w:r w:rsidRPr="0075547B">
      <w:rPr>
        <w:sz w:val="18"/>
        <w:szCs w:val="18"/>
        <w:lang w:val="en-GB"/>
      </w:rPr>
      <w:t>-----------------------------------------------------------------------------------------------------------------------------------------------------------------</w:t>
    </w:r>
    <w:r w:rsidRPr="0075547B">
      <w:rPr>
        <w:sz w:val="18"/>
        <w:szCs w:val="18"/>
        <w:lang w:val="en-GB"/>
      </w:rPr>
      <w:br/>
    </w:r>
    <w:r w:rsidRPr="0075547B">
      <w:rPr>
        <w:lang w:val="en-GB"/>
      </w:rPr>
      <w:t>tel: 033 723-640;  fax: 033 723-64</w:t>
    </w:r>
    <w:r w:rsidR="0075547B">
      <w:rPr>
        <w:lang w:val="en-GB"/>
      </w:rPr>
      <w:t>1;</w:t>
    </w:r>
    <w:r w:rsidRPr="0075547B">
      <w:rPr>
        <w:lang w:val="en-GB"/>
      </w:rPr>
      <w:t xml:space="preserve"> e-mail: </w:t>
    </w:r>
    <w:hyperlink r:id="rId1" w:history="1">
      <w:r w:rsidRPr="0075547B">
        <w:rPr>
          <w:rStyle w:val="Hyperlink"/>
          <w:lang w:val="en-GB"/>
        </w:rPr>
        <w:t>info@kcsr.ba</w:t>
      </w:r>
    </w:hyperlink>
    <w:r w:rsidRPr="0075547B">
      <w:rPr>
        <w:lang w:val="en-GB"/>
      </w:rPr>
      <w:t xml:space="preserve">;  </w:t>
    </w:r>
    <w:hyperlink r:id="rId2" w:history="1">
      <w:r w:rsidRPr="0075547B">
        <w:rPr>
          <w:rStyle w:val="Hyperlink"/>
          <w:lang w:val="en-GB"/>
        </w:rPr>
        <w:t>www.kcsr.ba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89666" w14:textId="77777777" w:rsidR="00164C64" w:rsidRDefault="00164C64">
      <w:r>
        <w:separator/>
      </w:r>
    </w:p>
  </w:footnote>
  <w:footnote w:type="continuationSeparator" w:id="0">
    <w:p w14:paraId="42C1C5A3" w14:textId="77777777" w:rsidR="00164C64" w:rsidRDefault="00164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5548" w14:textId="77777777" w:rsidR="005A6959" w:rsidRPr="0075547B" w:rsidRDefault="005A6959" w:rsidP="005A6959">
    <w:pPr>
      <w:pStyle w:val="Header"/>
      <w:rPr>
        <w:b/>
        <w:lang w:val="pl-PL"/>
      </w:rPr>
    </w:pPr>
    <w:r w:rsidRPr="0075547B">
      <w:rPr>
        <w:b/>
        <w:lang w:val="pl-PL"/>
      </w:rPr>
      <w:t>BOSNA I HERCEGOVINA</w:t>
    </w:r>
    <w:r w:rsidRPr="0075547B">
      <w:rPr>
        <w:b/>
        <w:lang w:val="pl-PL"/>
      </w:rPr>
      <w:br/>
      <w:t>FEDERACIJA BOSNE I HERCEGOVINE</w:t>
    </w:r>
    <w:r w:rsidRPr="0075547B">
      <w:rPr>
        <w:b/>
        <w:lang w:val="pl-PL"/>
      </w:rPr>
      <w:br/>
      <w:t>JU "KANTONALNI CENTAR ZA SOCIJALNI RAD"</w:t>
    </w:r>
  </w:p>
  <w:p w14:paraId="1E8B745D" w14:textId="77777777" w:rsidR="00EC4CE0" w:rsidRPr="0075547B" w:rsidRDefault="005A6959">
    <w:pPr>
      <w:pStyle w:val="Header"/>
      <w:rPr>
        <w:lang w:val="pl-PL"/>
      </w:rPr>
    </w:pPr>
    <w:r w:rsidRPr="0075547B">
      <w:rPr>
        <w:b/>
        <w:bCs/>
        <w:lang w:val="pl-PL"/>
      </w:rPr>
      <w:t>SARAJEVO, Gatačka 80</w:t>
    </w:r>
    <w:r w:rsidRPr="0075547B">
      <w:rPr>
        <w:lang w:val="pl-PL"/>
      </w:rPr>
      <w:br/>
    </w:r>
    <w:r w:rsidRPr="0075547B">
      <w:rPr>
        <w:color w:val="17365D" w:themeColor="text2" w:themeShade="BF"/>
        <w:lang w:val="pl-PL"/>
      </w:rPr>
      <w:t>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5433C1"/>
    <w:multiLevelType w:val="hybridMultilevel"/>
    <w:tmpl w:val="6D0284E2"/>
    <w:lvl w:ilvl="0" w:tplc="DF22D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09171A"/>
    <w:multiLevelType w:val="hybridMultilevel"/>
    <w:tmpl w:val="CDB65D9C"/>
    <w:lvl w:ilvl="0" w:tplc="D0C0F9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1325127">
    <w:abstractNumId w:val="8"/>
  </w:num>
  <w:num w:numId="2" w16cid:durableId="1028799329">
    <w:abstractNumId w:val="6"/>
  </w:num>
  <w:num w:numId="3" w16cid:durableId="1028605759">
    <w:abstractNumId w:val="5"/>
  </w:num>
  <w:num w:numId="4" w16cid:durableId="536621898">
    <w:abstractNumId w:val="4"/>
  </w:num>
  <w:num w:numId="5" w16cid:durableId="161510457">
    <w:abstractNumId w:val="7"/>
  </w:num>
  <w:num w:numId="6" w16cid:durableId="2146197113">
    <w:abstractNumId w:val="3"/>
  </w:num>
  <w:num w:numId="7" w16cid:durableId="997080169">
    <w:abstractNumId w:val="2"/>
  </w:num>
  <w:num w:numId="8" w16cid:durableId="1265529541">
    <w:abstractNumId w:val="1"/>
  </w:num>
  <w:num w:numId="9" w16cid:durableId="615524725">
    <w:abstractNumId w:val="0"/>
  </w:num>
  <w:num w:numId="10" w16cid:durableId="1416242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22715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8B"/>
    <w:rsid w:val="00034616"/>
    <w:rsid w:val="00053EDC"/>
    <w:rsid w:val="0006063C"/>
    <w:rsid w:val="00073F7E"/>
    <w:rsid w:val="00082484"/>
    <w:rsid w:val="00096ABE"/>
    <w:rsid w:val="00096B15"/>
    <w:rsid w:val="000B7C93"/>
    <w:rsid w:val="00121CC2"/>
    <w:rsid w:val="0015074B"/>
    <w:rsid w:val="00164C64"/>
    <w:rsid w:val="0019147E"/>
    <w:rsid w:val="001B2574"/>
    <w:rsid w:val="001F6065"/>
    <w:rsid w:val="001F79AB"/>
    <w:rsid w:val="00206AAE"/>
    <w:rsid w:val="00245BFE"/>
    <w:rsid w:val="0029639D"/>
    <w:rsid w:val="002A0B5E"/>
    <w:rsid w:val="00326F90"/>
    <w:rsid w:val="00551503"/>
    <w:rsid w:val="005A6959"/>
    <w:rsid w:val="00605461"/>
    <w:rsid w:val="00635D95"/>
    <w:rsid w:val="00654EC1"/>
    <w:rsid w:val="00690474"/>
    <w:rsid w:val="0075547B"/>
    <w:rsid w:val="00870D3A"/>
    <w:rsid w:val="008744D9"/>
    <w:rsid w:val="008A7416"/>
    <w:rsid w:val="00900AF6"/>
    <w:rsid w:val="00912024"/>
    <w:rsid w:val="00923B4D"/>
    <w:rsid w:val="009A2966"/>
    <w:rsid w:val="009B56F2"/>
    <w:rsid w:val="009F5043"/>
    <w:rsid w:val="00A0698B"/>
    <w:rsid w:val="00AA1D8D"/>
    <w:rsid w:val="00AB7005"/>
    <w:rsid w:val="00AC23AF"/>
    <w:rsid w:val="00B05606"/>
    <w:rsid w:val="00B16B87"/>
    <w:rsid w:val="00B3385E"/>
    <w:rsid w:val="00B47730"/>
    <w:rsid w:val="00B53941"/>
    <w:rsid w:val="00B82C05"/>
    <w:rsid w:val="00C421FD"/>
    <w:rsid w:val="00C53936"/>
    <w:rsid w:val="00CB0664"/>
    <w:rsid w:val="00D22E75"/>
    <w:rsid w:val="00DE2865"/>
    <w:rsid w:val="00E24FBB"/>
    <w:rsid w:val="00EC4CE0"/>
    <w:rsid w:val="00EF0940"/>
    <w:rsid w:val="00F0556D"/>
    <w:rsid w:val="00FA27F6"/>
    <w:rsid w:val="00FC693F"/>
    <w:rsid w:val="00FD188B"/>
    <w:rsid w:val="00FF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E92DD"/>
  <w14:defaultImageDpi w14:val="300"/>
  <w15:docId w15:val="{B9969BE9-C300-4D8C-8407-8EEC5867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054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csr.ba" TargetMode="External"/><Relationship Id="rId1" Type="http://schemas.openxmlformats.org/officeDocument/2006/relationships/hyperlink" Target="mailto:info@kcsr.b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csr.ba" TargetMode="External"/><Relationship Id="rId1" Type="http://schemas.openxmlformats.org/officeDocument/2006/relationships/hyperlink" Target="mailto:info@kcsr.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irekcija\KCSR%20TEMPLATE_NOV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KCSR TEMPLATE_NOVI</Template>
  <TotalTime>18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Brigic</dc:creator>
  <cp:keywords/>
  <dc:description>generated by python-docx</dc:description>
  <cp:lastModifiedBy>Kemal Brigic</cp:lastModifiedBy>
  <cp:revision>7</cp:revision>
  <cp:lastPrinted>2025-10-23T07:56:00Z</cp:lastPrinted>
  <dcterms:created xsi:type="dcterms:W3CDTF">2025-12-15T11:26:00Z</dcterms:created>
  <dcterms:modified xsi:type="dcterms:W3CDTF">2026-03-18T11:14:00Z</dcterms:modified>
  <cp:category/>
</cp:coreProperties>
</file>